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77D8A" w14:textId="77777777" w:rsidR="004457C2" w:rsidRDefault="00000000">
      <w:pPr>
        <w:pStyle w:val="Heading1"/>
        <w:spacing w:after="20"/>
        <w:jc w:val="center"/>
      </w:pPr>
      <w:r>
        <w:rPr>
          <w:rFonts w:ascii="Arial" w:hAnsi="Arial"/>
        </w:rPr>
        <w:t>Appendix B: Medical Waiver Request Form</w:t>
      </w:r>
    </w:p>
    <w:p w14:paraId="5CE7BA7F" w14:textId="77777777" w:rsidR="004457C2" w:rsidRDefault="00000000">
      <w:pPr>
        <w:spacing w:after="120"/>
        <w:jc w:val="center"/>
      </w:pPr>
      <w:r>
        <w:rPr>
          <w:b/>
          <w:color w:val="444444"/>
          <w:sz w:val="21"/>
        </w:rPr>
        <w:t>2027/2028 USA Goalball Competition Pool Selection Procedures</w:t>
      </w:r>
    </w:p>
    <w:tbl>
      <w:tblPr>
        <w:tblW w:w="0" w:type="auto"/>
        <w:jc w:val="center"/>
        <w:tblLayout w:type="fixed"/>
        <w:tblLook w:val="04A0" w:firstRow="1" w:lastRow="0" w:firstColumn="1" w:lastColumn="0" w:noHBand="0" w:noVBand="1"/>
      </w:tblPr>
      <w:tblGrid>
        <w:gridCol w:w="10368"/>
      </w:tblGrid>
      <w:tr w:rsidR="004457C2" w14:paraId="2864FF02" w14:textId="77777777">
        <w:trPr>
          <w:jc w:val="center"/>
        </w:trPr>
        <w:tc>
          <w:tcPr>
            <w:tcW w:w="10368" w:type="dxa"/>
            <w:tcBorders>
              <w:top w:val="single" w:sz="4" w:space="0" w:color="B7B7B7"/>
              <w:left w:val="single" w:sz="4" w:space="0" w:color="B7B7B7"/>
              <w:bottom w:val="single" w:sz="4" w:space="0" w:color="B7B7B7"/>
              <w:right w:val="single" w:sz="4" w:space="0" w:color="B7B7B7"/>
            </w:tcBorders>
            <w:shd w:val="clear" w:color="auto" w:fill="D9EAF7"/>
            <w:tcMar>
              <w:top w:w="70" w:type="dxa"/>
              <w:left w:w="90" w:type="dxa"/>
              <w:bottom w:w="70" w:type="dxa"/>
              <w:right w:w="90" w:type="dxa"/>
            </w:tcMar>
            <w:vAlign w:val="center"/>
          </w:tcPr>
          <w:p w14:paraId="40EA9026" w14:textId="77777777" w:rsidR="004457C2" w:rsidRDefault="00000000">
            <w:pPr>
              <w:spacing w:after="0"/>
            </w:pPr>
            <w:r>
              <w:rPr>
                <w:b/>
                <w:color w:val="002B5C"/>
              </w:rPr>
              <w:t>Purpose and Submission Requirements</w:t>
            </w:r>
          </w:p>
          <w:p w14:paraId="01A8DEDF" w14:textId="77777777" w:rsidR="004457C2" w:rsidRDefault="00000000">
            <w:pPr>
              <w:pStyle w:val="ListBullet"/>
              <w:spacing w:after="40"/>
              <w:ind w:left="259" w:hanging="173"/>
            </w:pPr>
            <w:r>
              <w:rPr>
                <w:sz w:val="18"/>
              </w:rPr>
              <w:t>Only athletes selected to the 2026 USA Goalball National Team may request a waiver from the 2026 Open Tryout under Section 8 of the Selection Procedures.</w:t>
            </w:r>
          </w:p>
          <w:p w14:paraId="467AB50D" w14:textId="77777777" w:rsidR="004457C2" w:rsidRDefault="00000000">
            <w:pPr>
              <w:pStyle w:val="ListBullet"/>
              <w:spacing w:after="40"/>
              <w:ind w:left="259" w:hanging="173"/>
            </w:pPr>
            <w:r>
              <w:rPr>
                <w:sz w:val="18"/>
              </w:rPr>
              <w:t>Use this form when a verifiable injury, illness, or medical condition prevents attendance or full participation. Extenuating circumstance requests must use Appendix C.</w:t>
            </w:r>
          </w:p>
          <w:p w14:paraId="6C809BB9" w14:textId="77777777" w:rsidR="004457C2" w:rsidRDefault="00000000">
            <w:pPr>
              <w:pStyle w:val="ListBullet"/>
              <w:spacing w:after="40"/>
              <w:ind w:left="259" w:hanging="173"/>
            </w:pPr>
            <w:r>
              <w:rPr>
                <w:sz w:val="18"/>
              </w:rPr>
              <w:t>Submit this completed form and all supporting medical documentation by August 31, 2026 (male athletes) or September 14, 2026 (female athletes). An emergency medical waiver arising during the Open Tryout should be submitted as soon as reasonably possible.</w:t>
            </w:r>
          </w:p>
          <w:p w14:paraId="1CE2F202" w14:textId="77777777" w:rsidR="004457C2" w:rsidRDefault="00000000">
            <w:pPr>
              <w:pStyle w:val="ListBullet"/>
              <w:spacing w:after="40"/>
              <w:ind w:left="259" w:hanging="173"/>
            </w:pPr>
            <w:r>
              <w:rPr>
                <w:sz w:val="18"/>
              </w:rPr>
              <w:t>A request is not complete until USABA receives the required information. Submission does not guarantee approval. Medical waiver requests are reviewed by the USA Goalball Head Team Physician(s).</w:t>
            </w:r>
          </w:p>
          <w:p w14:paraId="496AFC7C" w14:textId="77777777" w:rsidR="004457C2" w:rsidRDefault="00000000">
            <w:pPr>
              <w:spacing w:before="60"/>
            </w:pPr>
            <w:r>
              <w:rPr>
                <w:b/>
                <w:color w:val="002B5C"/>
                <w:sz w:val="18"/>
              </w:rPr>
              <w:t xml:space="preserve">Important: </w:t>
            </w:r>
            <w:r>
              <w:rPr>
                <w:sz w:val="18"/>
              </w:rPr>
              <w:t>Keep a copy of the completed form and every attachment submitted.</w:t>
            </w:r>
          </w:p>
        </w:tc>
      </w:tr>
    </w:tbl>
    <w:p w14:paraId="4597C106" w14:textId="77777777" w:rsidR="004457C2" w:rsidRDefault="00000000">
      <w:pPr>
        <w:pStyle w:val="Heading2"/>
        <w:spacing w:before="140" w:after="80"/>
      </w:pPr>
      <w:r>
        <w:rPr>
          <w:rFonts w:ascii="Arial" w:hAnsi="Arial"/>
        </w:rPr>
        <w:t>1. Athlete Information</w:t>
      </w:r>
    </w:p>
    <w:tbl>
      <w:tblPr>
        <w:tblW w:w="0" w:type="auto"/>
        <w:jc w:val="center"/>
        <w:tblLayout w:type="fixed"/>
        <w:tblLook w:val="04A0" w:firstRow="1" w:lastRow="0" w:firstColumn="1" w:lastColumn="0" w:noHBand="0" w:noVBand="1"/>
      </w:tblPr>
      <w:tblGrid>
        <w:gridCol w:w="5112"/>
        <w:gridCol w:w="5112"/>
      </w:tblGrid>
      <w:tr w:rsidR="004457C2" w14:paraId="0F828CEA" w14:textId="77777777">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69D4E017" w14:textId="77777777" w:rsidR="004457C2" w:rsidRDefault="00000000">
            <w:pPr>
              <w:spacing w:after="40"/>
            </w:pPr>
            <w:r>
              <w:rPr>
                <w:b/>
                <w:color w:val="444444"/>
                <w:sz w:val="19"/>
              </w:rPr>
              <w:t>Athlete full legal name</w:t>
            </w:r>
          </w:p>
          <w:p w14:paraId="26A5B530" w14:textId="77777777" w:rsidR="004457C2" w:rsidRDefault="00000000">
            <w:pPr>
              <w:spacing w:after="0"/>
            </w:pPr>
            <w:sdt>
              <w:sdtPr>
                <w:alias w:val="Athlete Name"/>
                <w:tag w:val="ATHLETE_NAME"/>
                <w:id w:val="1010183662"/>
                <w:text/>
              </w:sdtPr>
              <w:sdtContent>
                <w:r>
                  <w:rPr>
                    <w:color w:val="666666"/>
                  </w:rPr>
                  <w:t>Enter full legal name</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26240ABD" w14:textId="77777777" w:rsidR="004457C2" w:rsidRDefault="00000000">
            <w:pPr>
              <w:spacing w:after="40"/>
            </w:pPr>
            <w:r>
              <w:rPr>
                <w:b/>
                <w:color w:val="444444"/>
                <w:sz w:val="19"/>
              </w:rPr>
              <w:t>Date of birth</w:t>
            </w:r>
          </w:p>
          <w:p w14:paraId="4FBCAE48" w14:textId="77777777" w:rsidR="004457C2" w:rsidRDefault="00000000">
            <w:pPr>
              <w:spacing w:after="0"/>
            </w:pPr>
            <w:sdt>
              <w:sdtPr>
                <w:alias w:val="Date Of Birth"/>
                <w:tag w:val="DATE_OF_BIRTH"/>
                <w:id w:val="686643586"/>
                <w:text/>
              </w:sdtPr>
              <w:sdtContent>
                <w:r>
                  <w:rPr>
                    <w:color w:val="666666"/>
                  </w:rPr>
                  <w:t>MM/DD/YYYY</w:t>
                </w:r>
              </w:sdtContent>
            </w:sdt>
          </w:p>
        </w:tc>
      </w:tr>
      <w:tr w:rsidR="004457C2" w14:paraId="6570CB7D" w14:textId="77777777">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1E64A488" w14:textId="77777777" w:rsidR="004457C2" w:rsidRDefault="00000000">
            <w:pPr>
              <w:spacing w:after="40"/>
            </w:pPr>
            <w:r>
              <w:rPr>
                <w:b/>
                <w:color w:val="444444"/>
                <w:sz w:val="19"/>
              </w:rPr>
              <w:t>Email address</w:t>
            </w:r>
          </w:p>
          <w:p w14:paraId="1608BFBD" w14:textId="77777777" w:rsidR="004457C2" w:rsidRDefault="00000000">
            <w:pPr>
              <w:spacing w:after="0"/>
            </w:pPr>
            <w:sdt>
              <w:sdtPr>
                <w:alias w:val="Athlete Email"/>
                <w:tag w:val="ATHLETE_EMAIL"/>
                <w:id w:val="-782194781"/>
                <w:text/>
              </w:sdtPr>
              <w:sdtContent>
                <w:r>
                  <w:rPr>
                    <w:color w:val="666666"/>
                  </w:rPr>
                  <w:t>Enter email address</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407AA5DC" w14:textId="77777777" w:rsidR="004457C2" w:rsidRDefault="00000000">
            <w:pPr>
              <w:spacing w:after="40"/>
            </w:pPr>
            <w:r>
              <w:rPr>
                <w:b/>
                <w:color w:val="444444"/>
                <w:sz w:val="19"/>
              </w:rPr>
              <w:t>Phone number</w:t>
            </w:r>
          </w:p>
          <w:p w14:paraId="3C39B4C0" w14:textId="77777777" w:rsidR="004457C2" w:rsidRDefault="00000000">
            <w:pPr>
              <w:spacing w:after="0"/>
            </w:pPr>
            <w:sdt>
              <w:sdtPr>
                <w:alias w:val="Athlete Phone"/>
                <w:tag w:val="ATHLETE_PHONE"/>
                <w:id w:val="430942731"/>
                <w:text/>
              </w:sdtPr>
              <w:sdtContent>
                <w:r>
                  <w:rPr>
                    <w:color w:val="666666"/>
                  </w:rPr>
                  <w:t>Enter phone number</w:t>
                </w:r>
              </w:sdtContent>
            </w:sdt>
          </w:p>
        </w:tc>
      </w:tr>
      <w:tr w:rsidR="004457C2" w14:paraId="2C1BE3FD" w14:textId="77777777">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333B72E5" w14:textId="77777777" w:rsidR="004457C2" w:rsidRDefault="00000000">
            <w:pPr>
              <w:spacing w:after="40"/>
            </w:pPr>
            <w:r>
              <w:rPr>
                <w:b/>
                <w:color w:val="444444"/>
                <w:sz w:val="19"/>
              </w:rPr>
              <w:t>National Team</w:t>
            </w:r>
          </w:p>
          <w:p w14:paraId="0AB39808" w14:textId="77777777" w:rsidR="004457C2" w:rsidRDefault="00000000">
            <w:pPr>
              <w:spacing w:after="0"/>
            </w:pPr>
            <w:sdt>
              <w:sdtPr>
                <w:alias w:val="National Team"/>
                <w:tag w:val="NATIONAL_TEAM"/>
                <w:id w:val="1303890855"/>
                <w:text/>
              </w:sdtPr>
              <w:sdtContent>
                <w:r>
                  <w:rPr>
                    <w:color w:val="666666"/>
                  </w:rPr>
                  <w:t>Enter Men's or Women's National Team</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11A1ECDF" w14:textId="77777777" w:rsidR="004457C2" w:rsidRDefault="00000000">
            <w:pPr>
              <w:spacing w:after="40"/>
            </w:pPr>
            <w:r>
              <w:rPr>
                <w:b/>
                <w:color w:val="444444"/>
                <w:sz w:val="19"/>
              </w:rPr>
              <w:t>Athlete status</w:t>
            </w:r>
          </w:p>
          <w:p w14:paraId="0C08D8FE" w14:textId="77777777" w:rsidR="004457C2" w:rsidRDefault="00000000">
            <w:pPr>
              <w:spacing w:after="0"/>
            </w:pPr>
            <w:sdt>
              <w:sdtPr>
                <w:alias w:val="Age Status"/>
                <w:tag w:val="AGE_STATUS"/>
                <w:id w:val="-1796124239"/>
                <w:text/>
              </w:sdtPr>
              <w:sdtContent>
                <w:r>
                  <w:rPr>
                    <w:color w:val="666666"/>
                  </w:rPr>
                  <w:t>Enter adult or minor</w:t>
                </w:r>
              </w:sdtContent>
            </w:sdt>
          </w:p>
        </w:tc>
      </w:tr>
    </w:tbl>
    <w:p w14:paraId="4506265E" w14:textId="77777777" w:rsidR="004457C2" w:rsidRDefault="00000000">
      <w:pPr>
        <w:pStyle w:val="Heading2"/>
        <w:spacing w:before="140" w:after="80"/>
      </w:pPr>
      <w:r>
        <w:rPr>
          <w:rFonts w:ascii="Arial" w:hAnsi="Arial"/>
        </w:rPr>
        <w:t>2. Medical Waiver Request</w:t>
      </w:r>
    </w:p>
    <w:p w14:paraId="17FACC9A" w14:textId="01851C2A" w:rsidR="004457C2" w:rsidRDefault="00000000">
      <w:r>
        <w:rPr>
          <w:b/>
          <w:sz w:val="19"/>
        </w:rPr>
        <w:t xml:space="preserve">Requested waiver type (mark one):  </w:t>
      </w:r>
      <w:r>
        <w:rPr>
          <w:sz w:val="19"/>
        </w:rPr>
        <w:t>[ ] Unable to attend Open Tryout    [ ] Emergency medical waiver during Open Tryout</w:t>
      </w:r>
    </w:p>
    <w:tbl>
      <w:tblPr>
        <w:tblW w:w="0" w:type="auto"/>
        <w:jc w:val="center"/>
        <w:tblLayout w:type="fixed"/>
        <w:tblLook w:val="04A0" w:firstRow="1" w:lastRow="0" w:firstColumn="1" w:lastColumn="0" w:noHBand="0" w:noVBand="1"/>
      </w:tblPr>
      <w:tblGrid>
        <w:gridCol w:w="5112"/>
        <w:gridCol w:w="5112"/>
      </w:tblGrid>
      <w:tr w:rsidR="004457C2" w14:paraId="59CD54D2" w14:textId="77777777">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0B87EB5E" w14:textId="77777777" w:rsidR="004457C2" w:rsidRDefault="00000000">
            <w:pPr>
              <w:spacing w:after="40"/>
            </w:pPr>
            <w:r>
              <w:rPr>
                <w:b/>
                <w:color w:val="444444"/>
                <w:sz w:val="19"/>
              </w:rPr>
              <w:t>Open Tryout affected</w:t>
            </w:r>
          </w:p>
          <w:p w14:paraId="785D2A32" w14:textId="77777777" w:rsidR="004457C2" w:rsidRDefault="00000000">
            <w:pPr>
              <w:spacing w:after="0"/>
            </w:pPr>
            <w:sdt>
              <w:sdtPr>
                <w:alias w:val="Tryout Affected"/>
                <w:tag w:val="TRYOUT_AFFECTED"/>
                <w:id w:val="1381052988"/>
                <w:text/>
              </w:sdtPr>
              <w:sdtContent>
                <w:r>
                  <w:rPr>
                    <w:color w:val="666666"/>
                  </w:rPr>
                  <w:t>Enter men's or women's tryout and dates</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38E17ADB" w14:textId="77777777" w:rsidR="004457C2" w:rsidRDefault="00000000">
            <w:pPr>
              <w:spacing w:after="40"/>
            </w:pPr>
            <w:r>
              <w:rPr>
                <w:b/>
                <w:color w:val="444444"/>
                <w:sz w:val="19"/>
              </w:rPr>
              <w:t>Date injury, illness, or condition began</w:t>
            </w:r>
          </w:p>
          <w:p w14:paraId="3D32EDF6" w14:textId="77777777" w:rsidR="004457C2" w:rsidRDefault="00000000">
            <w:pPr>
              <w:spacing w:after="0"/>
            </w:pPr>
            <w:sdt>
              <w:sdtPr>
                <w:alias w:val="Condition Onset"/>
                <w:tag w:val="CONDITION_ONSET"/>
                <w:id w:val="-876695356"/>
                <w:text/>
              </w:sdtPr>
              <w:sdtContent>
                <w:r>
                  <w:rPr>
                    <w:color w:val="666666"/>
                  </w:rPr>
                  <w:t>MM/DD/YYYY</w:t>
                </w:r>
              </w:sdtContent>
            </w:sdt>
          </w:p>
        </w:tc>
      </w:tr>
      <w:tr w:rsidR="004457C2" w14:paraId="57F481B6" w14:textId="77777777">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353BEAF6" w14:textId="77777777" w:rsidR="004457C2" w:rsidRDefault="00000000">
            <w:pPr>
              <w:spacing w:after="40"/>
            </w:pPr>
            <w:r>
              <w:rPr>
                <w:b/>
                <w:color w:val="444444"/>
                <w:sz w:val="19"/>
              </w:rPr>
              <w:t>Date last able to participate fully in goalball</w:t>
            </w:r>
          </w:p>
          <w:p w14:paraId="56B19DB5" w14:textId="77777777" w:rsidR="004457C2" w:rsidRDefault="00000000">
            <w:pPr>
              <w:spacing w:after="0"/>
            </w:pPr>
            <w:sdt>
              <w:sdtPr>
                <w:alias w:val="Last Full Participation"/>
                <w:tag w:val="LAST_FULL_PARTICIPATION"/>
                <w:id w:val="-302548120"/>
                <w:text/>
              </w:sdtPr>
              <w:sdtContent>
                <w:r>
                  <w:rPr>
                    <w:color w:val="666666"/>
                  </w:rPr>
                  <w:t>MM/DD/YYYY or not applicable</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489F475F" w14:textId="77777777" w:rsidR="004457C2" w:rsidRDefault="00000000">
            <w:pPr>
              <w:spacing w:after="40"/>
            </w:pPr>
            <w:r>
              <w:rPr>
                <w:b/>
                <w:color w:val="444444"/>
                <w:sz w:val="19"/>
              </w:rPr>
              <w:t>Current treatment status</w:t>
            </w:r>
          </w:p>
          <w:p w14:paraId="2181D54A" w14:textId="77777777" w:rsidR="004457C2" w:rsidRDefault="00000000">
            <w:pPr>
              <w:spacing w:after="0"/>
            </w:pPr>
            <w:sdt>
              <w:sdtPr>
                <w:alias w:val="Treatment Status"/>
                <w:tag w:val="TREATMENT_STATUS"/>
                <w:id w:val="432022550"/>
                <w:text/>
              </w:sdtPr>
              <w:sdtContent>
                <w:r>
                  <w:rPr>
                    <w:color w:val="666666"/>
                  </w:rPr>
                  <w:t>Enter active treatment, rehabilitation, pending evaluation, etc.</w:t>
                </w:r>
              </w:sdtContent>
            </w:sdt>
          </w:p>
        </w:tc>
      </w:tr>
      <w:tr w:rsidR="004457C2" w14:paraId="02BAE894" w14:textId="77777777">
        <w:trPr>
          <w:jc w:val="center"/>
        </w:trPr>
        <w:tc>
          <w:tcPr>
            <w:tcW w:w="10224" w:type="dxa"/>
            <w:gridSpan w:val="2"/>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5A210CC4" w14:textId="77777777" w:rsidR="004457C2" w:rsidRDefault="00000000">
            <w:pPr>
              <w:spacing w:after="40"/>
            </w:pPr>
            <w:r>
              <w:rPr>
                <w:b/>
                <w:color w:val="444444"/>
                <w:sz w:val="19"/>
              </w:rPr>
              <w:t>Briefly identify the injury, illness, or medical condition</w:t>
            </w:r>
          </w:p>
          <w:p w14:paraId="40F39963" w14:textId="77777777" w:rsidR="004457C2" w:rsidRDefault="00000000">
            <w:pPr>
              <w:spacing w:after="0"/>
            </w:pPr>
            <w:sdt>
              <w:sdtPr>
                <w:alias w:val="Condition Summary"/>
                <w:tag w:val="CONDITION_SUMMARY"/>
                <w:id w:val="-1197530995"/>
                <w:text w:multiLine="1"/>
              </w:sdtPr>
              <w:sdtContent>
                <w:r>
                  <w:rPr>
                    <w:color w:val="666666"/>
                  </w:rPr>
                  <w:t>Enter a concise description. Detailed medical documentation must be attached.</w:t>
                </w:r>
              </w:sdtContent>
            </w:sdt>
            <w:r>
              <w:br/>
            </w:r>
          </w:p>
        </w:tc>
      </w:tr>
      <w:tr w:rsidR="004457C2" w14:paraId="364CD50E" w14:textId="77777777">
        <w:trPr>
          <w:jc w:val="center"/>
        </w:trPr>
        <w:tc>
          <w:tcPr>
            <w:tcW w:w="10224" w:type="dxa"/>
            <w:gridSpan w:val="2"/>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57793514" w14:textId="77777777" w:rsidR="004457C2" w:rsidRDefault="00000000">
            <w:pPr>
              <w:spacing w:after="40"/>
            </w:pPr>
            <w:r>
              <w:rPr>
                <w:b/>
                <w:color w:val="444444"/>
                <w:sz w:val="19"/>
              </w:rPr>
              <w:t>Explain specifically why the condition prevents attendance or full participation in the Open Tryout</w:t>
            </w:r>
          </w:p>
          <w:p w14:paraId="5FF62CC3" w14:textId="77777777" w:rsidR="004457C2" w:rsidRDefault="00000000">
            <w:pPr>
              <w:spacing w:after="0"/>
            </w:pPr>
            <w:sdt>
              <w:sdtPr>
                <w:alias w:val="Participation Impact"/>
                <w:tag w:val="PARTICIPATION_IMPACT"/>
                <w:id w:val="71322834"/>
                <w:text w:multiLine="1"/>
              </w:sdtPr>
              <w:sdtContent>
                <w:r>
                  <w:rPr>
                    <w:color w:val="666666"/>
                  </w:rPr>
                  <w:t>Describe the functional impact and why participation is not medically appropriate or possible.</w:t>
                </w:r>
              </w:sdtContent>
            </w:sdt>
            <w:r>
              <w:br/>
            </w:r>
            <w:r>
              <w:br/>
            </w:r>
            <w:r>
              <w:br/>
            </w:r>
          </w:p>
        </w:tc>
      </w:tr>
    </w:tbl>
    <w:p w14:paraId="3C963BE0" w14:textId="77777777" w:rsidR="004457C2" w:rsidRDefault="00000000">
      <w:r>
        <w:br w:type="page"/>
      </w:r>
    </w:p>
    <w:p w14:paraId="6A83C648" w14:textId="77777777" w:rsidR="004457C2" w:rsidRDefault="00000000">
      <w:pPr>
        <w:pStyle w:val="Heading1"/>
        <w:spacing w:after="100"/>
        <w:jc w:val="center"/>
      </w:pPr>
      <w:r>
        <w:rPr>
          <w:rFonts w:ascii="Arial" w:hAnsi="Arial"/>
          <w:sz w:val="28"/>
        </w:rPr>
        <w:lastRenderedPageBreak/>
        <w:t>Medical Provider Information and Support</w:t>
      </w:r>
    </w:p>
    <w:p w14:paraId="5C5AA40D" w14:textId="77777777" w:rsidR="004457C2" w:rsidRDefault="00000000">
      <w:pPr>
        <w:pStyle w:val="Heading2"/>
        <w:spacing w:before="140" w:after="80"/>
      </w:pPr>
      <w:r>
        <w:rPr>
          <w:rFonts w:ascii="Arial" w:hAnsi="Arial"/>
        </w:rPr>
        <w:t>3. Treating Medical Provider</w:t>
      </w:r>
    </w:p>
    <w:p w14:paraId="1C547625" w14:textId="77777777" w:rsidR="004457C2" w:rsidRDefault="00000000">
      <w:pPr>
        <w:spacing w:after="80"/>
      </w:pPr>
      <w:r>
        <w:rPr>
          <w:i/>
          <w:sz w:val="18"/>
        </w:rPr>
        <w:t>The provider may complete this section or submit the same information in a signed letter on professional letterhead. Supporting documentation should be sufficient to verify the medical basis for the request.</w:t>
      </w:r>
    </w:p>
    <w:tbl>
      <w:tblPr>
        <w:tblW w:w="0" w:type="auto"/>
        <w:jc w:val="center"/>
        <w:tblLayout w:type="fixed"/>
        <w:tblLook w:val="04A0" w:firstRow="1" w:lastRow="0" w:firstColumn="1" w:lastColumn="0" w:noHBand="0" w:noVBand="1"/>
      </w:tblPr>
      <w:tblGrid>
        <w:gridCol w:w="5112"/>
        <w:gridCol w:w="5112"/>
      </w:tblGrid>
      <w:tr w:rsidR="004457C2" w14:paraId="4FA2C07E" w14:textId="77777777">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6F4520BC" w14:textId="77777777" w:rsidR="004457C2" w:rsidRDefault="00000000">
            <w:pPr>
              <w:spacing w:after="40"/>
            </w:pPr>
            <w:r>
              <w:rPr>
                <w:b/>
                <w:color w:val="444444"/>
                <w:sz w:val="19"/>
              </w:rPr>
              <w:t>Provider name</w:t>
            </w:r>
          </w:p>
          <w:p w14:paraId="4A05CE72" w14:textId="77777777" w:rsidR="004457C2" w:rsidRDefault="00000000">
            <w:pPr>
              <w:spacing w:after="0"/>
            </w:pPr>
            <w:sdt>
              <w:sdtPr>
                <w:alias w:val="Provider Name"/>
                <w:tag w:val="PROVIDER_NAME"/>
                <w:id w:val="-1214642676"/>
                <w:text/>
              </w:sdtPr>
              <w:sdtContent>
                <w:r>
                  <w:rPr>
                    <w:color w:val="666666"/>
                  </w:rPr>
                  <w:t>Enter provider name</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2194C944" w14:textId="77777777" w:rsidR="004457C2" w:rsidRDefault="00000000">
            <w:pPr>
              <w:spacing w:after="40"/>
            </w:pPr>
            <w:r>
              <w:rPr>
                <w:b/>
                <w:color w:val="444444"/>
                <w:sz w:val="19"/>
              </w:rPr>
              <w:t>Credentials and specialty</w:t>
            </w:r>
          </w:p>
          <w:p w14:paraId="63F9F2FF" w14:textId="77777777" w:rsidR="004457C2" w:rsidRDefault="00000000">
            <w:pPr>
              <w:spacing w:after="0"/>
            </w:pPr>
            <w:sdt>
              <w:sdtPr>
                <w:alias w:val="Provider Credentials"/>
                <w:tag w:val="PROVIDER_CREDENTIALS"/>
                <w:id w:val="232214016"/>
                <w:text/>
              </w:sdtPr>
              <w:sdtContent>
                <w:r>
                  <w:rPr>
                    <w:color w:val="666666"/>
                  </w:rPr>
                  <w:t>Enter credentials and specialty</w:t>
                </w:r>
              </w:sdtContent>
            </w:sdt>
          </w:p>
        </w:tc>
      </w:tr>
      <w:tr w:rsidR="004457C2" w14:paraId="44D73FA4" w14:textId="77777777">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31BF92D7" w14:textId="77777777" w:rsidR="004457C2" w:rsidRDefault="00000000">
            <w:pPr>
              <w:spacing w:after="40"/>
            </w:pPr>
            <w:r>
              <w:rPr>
                <w:b/>
                <w:color w:val="444444"/>
                <w:sz w:val="19"/>
              </w:rPr>
              <w:t>Practice or facility</w:t>
            </w:r>
          </w:p>
          <w:p w14:paraId="1D711F9E" w14:textId="77777777" w:rsidR="004457C2" w:rsidRDefault="00000000">
            <w:pPr>
              <w:spacing w:after="0"/>
            </w:pPr>
            <w:sdt>
              <w:sdtPr>
                <w:alias w:val="Provider Practice"/>
                <w:tag w:val="PROVIDER_PRACTICE"/>
                <w:id w:val="799885466"/>
                <w:text/>
              </w:sdtPr>
              <w:sdtContent>
                <w:r>
                  <w:rPr>
                    <w:color w:val="666666"/>
                  </w:rPr>
                  <w:t>Enter practice or facility</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49493143" w14:textId="77777777" w:rsidR="004457C2" w:rsidRDefault="00000000">
            <w:pPr>
              <w:spacing w:after="40"/>
            </w:pPr>
            <w:r>
              <w:rPr>
                <w:b/>
                <w:color w:val="444444"/>
                <w:sz w:val="19"/>
              </w:rPr>
              <w:t>Phone number</w:t>
            </w:r>
          </w:p>
          <w:p w14:paraId="17F3B65A" w14:textId="77777777" w:rsidR="004457C2" w:rsidRDefault="00000000">
            <w:pPr>
              <w:spacing w:after="0"/>
            </w:pPr>
            <w:sdt>
              <w:sdtPr>
                <w:alias w:val="Provider Phone"/>
                <w:tag w:val="PROVIDER_PHONE"/>
                <w:id w:val="-145900405"/>
                <w:text/>
              </w:sdtPr>
              <w:sdtContent>
                <w:r>
                  <w:rPr>
                    <w:color w:val="666666"/>
                  </w:rPr>
                  <w:t>Enter provider phone number</w:t>
                </w:r>
              </w:sdtContent>
            </w:sdt>
          </w:p>
        </w:tc>
      </w:tr>
      <w:tr w:rsidR="004457C2" w14:paraId="7CD454B1" w14:textId="77777777">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10B14375" w14:textId="77777777" w:rsidR="004457C2" w:rsidRDefault="00000000">
            <w:pPr>
              <w:spacing w:after="40"/>
            </w:pPr>
            <w:r>
              <w:rPr>
                <w:b/>
                <w:color w:val="444444"/>
                <w:sz w:val="19"/>
              </w:rPr>
              <w:t>Email address</w:t>
            </w:r>
          </w:p>
          <w:p w14:paraId="7B75A0EA" w14:textId="77777777" w:rsidR="004457C2" w:rsidRDefault="00000000">
            <w:pPr>
              <w:spacing w:after="0"/>
            </w:pPr>
            <w:sdt>
              <w:sdtPr>
                <w:alias w:val="Provider Email"/>
                <w:tag w:val="PROVIDER_EMAIL"/>
                <w:id w:val="-715815893"/>
                <w:text/>
              </w:sdtPr>
              <w:sdtContent>
                <w:r>
                  <w:rPr>
                    <w:color w:val="666666"/>
                  </w:rPr>
                  <w:t>Enter provider email address</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68A07837" w14:textId="77777777" w:rsidR="004457C2" w:rsidRDefault="00000000">
            <w:pPr>
              <w:spacing w:after="40"/>
            </w:pPr>
            <w:r>
              <w:rPr>
                <w:b/>
                <w:color w:val="444444"/>
                <w:sz w:val="19"/>
              </w:rPr>
              <w:t>Fax number</w:t>
            </w:r>
          </w:p>
          <w:p w14:paraId="6F30C53F" w14:textId="77777777" w:rsidR="004457C2" w:rsidRDefault="00000000">
            <w:pPr>
              <w:spacing w:after="0"/>
            </w:pPr>
            <w:sdt>
              <w:sdtPr>
                <w:alias w:val="Provider Fax"/>
                <w:tag w:val="PROVIDER_FAX"/>
                <w:id w:val="2048335465"/>
                <w:text/>
              </w:sdtPr>
              <w:sdtContent>
                <w:r>
                  <w:rPr>
                    <w:color w:val="666666"/>
                  </w:rPr>
                  <w:t>Enter provider fax number or not applicable</w:t>
                </w:r>
              </w:sdtContent>
            </w:sdt>
          </w:p>
        </w:tc>
      </w:tr>
    </w:tbl>
    <w:p w14:paraId="78C1F2AC" w14:textId="77777777" w:rsidR="004457C2" w:rsidRDefault="00000000">
      <w:pPr>
        <w:pStyle w:val="Heading2"/>
        <w:spacing w:before="140" w:after="80"/>
      </w:pPr>
      <w:r>
        <w:rPr>
          <w:rFonts w:ascii="Arial" w:hAnsi="Arial"/>
        </w:rPr>
        <w:t>4. Medical Support for the Waiver Request</w:t>
      </w:r>
    </w:p>
    <w:tbl>
      <w:tblPr>
        <w:tblW w:w="0" w:type="auto"/>
        <w:jc w:val="center"/>
        <w:tblLayout w:type="fixed"/>
        <w:tblLook w:val="04A0" w:firstRow="1" w:lastRow="0" w:firstColumn="1" w:lastColumn="0" w:noHBand="0" w:noVBand="1"/>
      </w:tblPr>
      <w:tblGrid>
        <w:gridCol w:w="10368"/>
      </w:tblGrid>
      <w:tr w:rsidR="004457C2" w14:paraId="284A75C1" w14:textId="77777777">
        <w:trPr>
          <w:jc w:val="center"/>
        </w:trPr>
        <w:tc>
          <w:tcPr>
            <w:tcW w:w="103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4387B1BC" w14:textId="77777777" w:rsidR="004457C2" w:rsidRDefault="00000000">
            <w:pPr>
              <w:spacing w:after="40"/>
            </w:pPr>
            <w:r>
              <w:rPr>
                <w:b/>
                <w:color w:val="444444"/>
                <w:sz w:val="19"/>
              </w:rPr>
              <w:t>Diagnosis or medical condition and date of diagnosis</w:t>
            </w:r>
          </w:p>
          <w:p w14:paraId="47BA5FE0" w14:textId="77777777" w:rsidR="004457C2" w:rsidRDefault="00000000">
            <w:pPr>
              <w:spacing w:after="0"/>
            </w:pPr>
            <w:sdt>
              <w:sdtPr>
                <w:alias w:val="Medical Diagnosis"/>
                <w:tag w:val="MEDICAL_DIAGNOSIS"/>
                <w:id w:val="-1476833601"/>
                <w:text w:multiLine="1"/>
              </w:sdtPr>
              <w:sdtContent>
                <w:r>
                  <w:rPr>
                    <w:color w:val="666666"/>
                  </w:rPr>
                  <w:t>Enter diagnosis/condition and date, or reference the attached provider letter.</w:t>
                </w:r>
              </w:sdtContent>
            </w:sdt>
            <w:r>
              <w:br/>
            </w:r>
          </w:p>
        </w:tc>
      </w:tr>
      <w:tr w:rsidR="004457C2" w14:paraId="123A2F12" w14:textId="77777777">
        <w:trPr>
          <w:jc w:val="center"/>
        </w:trPr>
        <w:tc>
          <w:tcPr>
            <w:tcW w:w="103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4B944800" w14:textId="77777777" w:rsidR="004457C2" w:rsidRDefault="00000000">
            <w:pPr>
              <w:spacing w:after="40"/>
            </w:pPr>
            <w:r>
              <w:rPr>
                <w:b/>
                <w:color w:val="444444"/>
                <w:sz w:val="19"/>
              </w:rPr>
              <w:t>Current symptoms, functional limitations, and medical reason the athlete cannot attend or fully participate</w:t>
            </w:r>
          </w:p>
          <w:p w14:paraId="129B0E81" w14:textId="77777777" w:rsidR="004457C2" w:rsidRDefault="00000000">
            <w:pPr>
              <w:spacing w:after="0"/>
            </w:pPr>
            <w:sdt>
              <w:sdtPr>
                <w:alias w:val="Medical Limitations"/>
                <w:tag w:val="MEDICAL_LIMITATIONS"/>
                <w:id w:val="-1022393966"/>
                <w:text w:multiLine="1"/>
              </w:sdtPr>
              <w:sdtContent>
                <w:r>
                  <w:rPr>
                    <w:color w:val="666666"/>
                  </w:rPr>
                  <w:t>Describe relevant limitations and the medical basis for the requested waiver.</w:t>
                </w:r>
              </w:sdtContent>
            </w:sdt>
            <w:r>
              <w:br/>
            </w:r>
            <w:r>
              <w:br/>
            </w:r>
          </w:p>
        </w:tc>
      </w:tr>
      <w:tr w:rsidR="004457C2" w14:paraId="2D27088C" w14:textId="77777777">
        <w:trPr>
          <w:jc w:val="center"/>
        </w:trPr>
        <w:tc>
          <w:tcPr>
            <w:tcW w:w="103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5D2C7D95" w14:textId="77777777" w:rsidR="004457C2" w:rsidRDefault="00000000">
            <w:pPr>
              <w:spacing w:after="40"/>
            </w:pPr>
            <w:r>
              <w:rPr>
                <w:b/>
                <w:color w:val="444444"/>
                <w:sz w:val="19"/>
              </w:rPr>
              <w:t>Current treatment and rehabilitation plan</w:t>
            </w:r>
          </w:p>
          <w:p w14:paraId="0EDAB83D" w14:textId="77777777" w:rsidR="004457C2" w:rsidRDefault="00000000">
            <w:pPr>
              <w:spacing w:after="0"/>
            </w:pPr>
            <w:sdt>
              <w:sdtPr>
                <w:alias w:val="Treatment Plan"/>
                <w:tag w:val="TREATMENT_PLAN"/>
                <w:id w:val="-273400797"/>
                <w:text w:multiLine="1"/>
              </w:sdtPr>
              <w:sdtContent>
                <w:r>
                  <w:rPr>
                    <w:color w:val="666666"/>
                  </w:rPr>
                  <w:t>Describe treatment, rehabilitation, and expected progression.</w:t>
                </w:r>
              </w:sdtContent>
            </w:sdt>
            <w:r>
              <w:br/>
            </w:r>
            <w:r>
              <w:br/>
            </w:r>
          </w:p>
        </w:tc>
      </w:tr>
      <w:tr w:rsidR="004457C2" w14:paraId="42A1C789" w14:textId="77777777">
        <w:trPr>
          <w:jc w:val="center"/>
        </w:trPr>
        <w:tc>
          <w:tcPr>
            <w:tcW w:w="103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4D7FBEDF" w14:textId="77777777" w:rsidR="004457C2" w:rsidRDefault="00000000">
            <w:pPr>
              <w:spacing w:after="40"/>
            </w:pPr>
            <w:r>
              <w:rPr>
                <w:b/>
                <w:color w:val="444444"/>
                <w:sz w:val="19"/>
              </w:rPr>
              <w:t>Anticipated and reasonable return-to-play date</w:t>
            </w:r>
          </w:p>
          <w:p w14:paraId="38CA4CF3" w14:textId="77777777" w:rsidR="004457C2" w:rsidRDefault="00000000">
            <w:pPr>
              <w:spacing w:after="0"/>
            </w:pPr>
            <w:sdt>
              <w:sdtPr>
                <w:alias w:val="Provider Rtp Date"/>
                <w:tag w:val="PROVIDER_RTP_DATE"/>
                <w:id w:val="-2014453622"/>
                <w:text/>
              </w:sdtPr>
              <w:sdtContent>
                <w:r>
                  <w:rPr>
                    <w:color w:val="666666"/>
                  </w:rPr>
                  <w:t>MM/DD/YYYY</w:t>
                </w:r>
              </w:sdtContent>
            </w:sdt>
          </w:p>
        </w:tc>
      </w:tr>
      <w:tr w:rsidR="004457C2" w14:paraId="6A5EE9DD" w14:textId="77777777">
        <w:trPr>
          <w:jc w:val="center"/>
        </w:trPr>
        <w:tc>
          <w:tcPr>
            <w:tcW w:w="103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5370AF01" w14:textId="77777777" w:rsidR="004457C2" w:rsidRDefault="00000000">
            <w:pPr>
              <w:spacing w:after="40"/>
            </w:pPr>
            <w:r>
              <w:rPr>
                <w:b/>
                <w:color w:val="444444"/>
                <w:sz w:val="19"/>
              </w:rPr>
              <w:t>Next scheduled medical evaluation and any anticipated restrictions at return</w:t>
            </w:r>
          </w:p>
          <w:p w14:paraId="24F6AA35" w14:textId="77777777" w:rsidR="004457C2" w:rsidRDefault="00000000">
            <w:pPr>
              <w:spacing w:after="0"/>
            </w:pPr>
            <w:sdt>
              <w:sdtPr>
                <w:alias w:val="Follow Up And Restrictions"/>
                <w:tag w:val="FOLLOW_UP_AND_RESTRICTIONS"/>
                <w:id w:val="1272510640"/>
                <w:text w:multiLine="1"/>
              </w:sdtPr>
              <w:sdtContent>
                <w:r>
                  <w:rPr>
                    <w:color w:val="666666"/>
                  </w:rPr>
                  <w:t>Enter follow-up date and expected restrictions, or state none.</w:t>
                </w:r>
              </w:sdtContent>
            </w:sdt>
            <w:r>
              <w:br/>
            </w:r>
          </w:p>
        </w:tc>
      </w:tr>
      <w:tr w:rsidR="004457C2" w14:paraId="706DA36D" w14:textId="77777777">
        <w:trPr>
          <w:jc w:val="center"/>
        </w:trPr>
        <w:tc>
          <w:tcPr>
            <w:tcW w:w="103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563EAE82" w14:textId="77777777" w:rsidR="004457C2" w:rsidRDefault="00000000">
            <w:pPr>
              <w:spacing w:after="40"/>
            </w:pPr>
            <w:r>
              <w:rPr>
                <w:b/>
                <w:color w:val="444444"/>
                <w:sz w:val="19"/>
              </w:rPr>
              <w:t>Additional medical information relevant to this request</w:t>
            </w:r>
          </w:p>
          <w:p w14:paraId="3DB9884B" w14:textId="77777777" w:rsidR="004457C2" w:rsidRDefault="00000000">
            <w:pPr>
              <w:spacing w:after="0"/>
            </w:pPr>
            <w:sdt>
              <w:sdtPr>
                <w:alias w:val="Additional Medical Info"/>
                <w:tag w:val="ADDITIONAL_MEDICAL_INFO"/>
                <w:id w:val="593288543"/>
                <w:text w:multiLine="1"/>
              </w:sdtPr>
              <w:sdtContent>
                <w:r>
                  <w:rPr>
                    <w:color w:val="666666"/>
                  </w:rPr>
                  <w:t>Enter additional information or state none.</w:t>
                </w:r>
              </w:sdtContent>
            </w:sdt>
            <w:r>
              <w:br/>
            </w:r>
          </w:p>
        </w:tc>
      </w:tr>
    </w:tbl>
    <w:p w14:paraId="39238E00" w14:textId="77777777" w:rsidR="004457C2" w:rsidRDefault="00000000">
      <w:pPr>
        <w:spacing w:before="80" w:after="40"/>
      </w:pPr>
      <w:r>
        <w:rPr>
          <w:b/>
          <w:color w:val="002B5C"/>
          <w:sz w:val="19"/>
        </w:rPr>
        <w:t xml:space="preserve">Provider certification: </w:t>
      </w:r>
      <w:r>
        <w:rPr>
          <w:sz w:val="19"/>
        </w:rPr>
        <w:t>I certify that the information provided above or in the attached documentation is accurate to the best of my professional knowledge and supports the anticipated return-to-play date stated.</w:t>
      </w:r>
    </w:p>
    <w:tbl>
      <w:tblPr>
        <w:tblW w:w="0" w:type="auto"/>
        <w:jc w:val="center"/>
        <w:tblLayout w:type="fixed"/>
        <w:tblLook w:val="04A0" w:firstRow="1" w:lastRow="0" w:firstColumn="1" w:lastColumn="0" w:noHBand="0" w:noVBand="1"/>
      </w:tblPr>
      <w:tblGrid>
        <w:gridCol w:w="6768"/>
        <w:gridCol w:w="3456"/>
      </w:tblGrid>
      <w:tr w:rsidR="004457C2" w14:paraId="51BC7A2D" w14:textId="77777777">
        <w:trPr>
          <w:jc w:val="center"/>
        </w:trPr>
        <w:tc>
          <w:tcPr>
            <w:tcW w:w="67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240B6427" w14:textId="77777777" w:rsidR="004457C2" w:rsidRDefault="00000000">
            <w:pPr>
              <w:spacing w:after="40"/>
            </w:pPr>
            <w:r>
              <w:rPr>
                <w:b/>
                <w:color w:val="444444"/>
                <w:sz w:val="19"/>
              </w:rPr>
              <w:t>Provider signature</w:t>
            </w:r>
          </w:p>
          <w:p w14:paraId="640DF0F3" w14:textId="77777777" w:rsidR="004457C2" w:rsidRDefault="00000000">
            <w:pPr>
              <w:spacing w:after="0"/>
            </w:pPr>
            <w:sdt>
              <w:sdtPr>
                <w:alias w:val="Provider Signature"/>
                <w:tag w:val="PROVIDER_SIGNATURE"/>
                <w:id w:val="197358324"/>
                <w:text/>
              </w:sdtPr>
              <w:sdtContent>
                <w:r>
                  <w:rPr>
                    <w:color w:val="666666"/>
                  </w:rPr>
                  <w:t>Type or sign name</w:t>
                </w:r>
              </w:sdtContent>
            </w:sdt>
          </w:p>
        </w:tc>
        <w:tc>
          <w:tcPr>
            <w:tcW w:w="3456"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2C06E0AA" w14:textId="77777777" w:rsidR="004457C2" w:rsidRDefault="00000000">
            <w:pPr>
              <w:spacing w:after="40"/>
            </w:pPr>
            <w:r>
              <w:rPr>
                <w:b/>
                <w:color w:val="444444"/>
                <w:sz w:val="19"/>
              </w:rPr>
              <w:t>Date</w:t>
            </w:r>
          </w:p>
          <w:p w14:paraId="1EE59DA5" w14:textId="77777777" w:rsidR="004457C2" w:rsidRDefault="00000000">
            <w:pPr>
              <w:spacing w:after="0"/>
            </w:pPr>
            <w:sdt>
              <w:sdtPr>
                <w:alias w:val="Provider Signature Date"/>
                <w:tag w:val="PROVIDER_SIGNATURE_DATE"/>
                <w:id w:val="-742725973"/>
                <w:text/>
              </w:sdtPr>
              <w:sdtContent>
                <w:r>
                  <w:rPr>
                    <w:color w:val="666666"/>
                  </w:rPr>
                  <w:t>MM/DD/YYYY</w:t>
                </w:r>
              </w:sdtContent>
            </w:sdt>
          </w:p>
        </w:tc>
      </w:tr>
      <w:tr w:rsidR="004457C2" w14:paraId="28A1B59F" w14:textId="77777777">
        <w:trPr>
          <w:jc w:val="center"/>
        </w:trPr>
        <w:tc>
          <w:tcPr>
            <w:tcW w:w="67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46A7FE91" w14:textId="77777777" w:rsidR="004457C2" w:rsidRDefault="00000000">
            <w:pPr>
              <w:spacing w:after="40"/>
            </w:pPr>
            <w:r>
              <w:rPr>
                <w:b/>
                <w:color w:val="444444"/>
                <w:sz w:val="19"/>
              </w:rPr>
              <w:t>Provider license number and state</w:t>
            </w:r>
          </w:p>
          <w:p w14:paraId="35DDE1EF" w14:textId="77777777" w:rsidR="004457C2" w:rsidRDefault="00000000">
            <w:pPr>
              <w:spacing w:after="0"/>
            </w:pPr>
            <w:sdt>
              <w:sdtPr>
                <w:alias w:val="Provider License"/>
                <w:tag w:val="PROVIDER_LICENSE"/>
                <w:id w:val="945969694"/>
                <w:text/>
              </w:sdtPr>
              <w:sdtContent>
                <w:r>
                  <w:rPr>
                    <w:color w:val="666666"/>
                  </w:rPr>
                  <w:t>Enter license number and state</w:t>
                </w:r>
              </w:sdtContent>
            </w:sdt>
          </w:p>
        </w:tc>
        <w:tc>
          <w:tcPr>
            <w:tcW w:w="3456"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4788A441" w14:textId="77777777" w:rsidR="004457C2" w:rsidRDefault="00000000">
            <w:pPr>
              <w:spacing w:after="40"/>
            </w:pPr>
            <w:r>
              <w:rPr>
                <w:b/>
                <w:color w:val="444444"/>
                <w:sz w:val="19"/>
              </w:rPr>
              <w:t>Board certification, if applicable</w:t>
            </w:r>
          </w:p>
          <w:p w14:paraId="601219FE" w14:textId="77777777" w:rsidR="004457C2" w:rsidRDefault="00000000">
            <w:pPr>
              <w:spacing w:after="0"/>
            </w:pPr>
            <w:sdt>
              <w:sdtPr>
                <w:alias w:val="Provider Board Cert"/>
                <w:tag w:val="PROVIDER_BOARD_CERT"/>
                <w:id w:val="1660419908"/>
                <w:text/>
              </w:sdtPr>
              <w:sdtContent>
                <w:r>
                  <w:rPr>
                    <w:color w:val="666666"/>
                  </w:rPr>
                  <w:t>Enter certification or not applicable</w:t>
                </w:r>
              </w:sdtContent>
            </w:sdt>
          </w:p>
        </w:tc>
      </w:tr>
    </w:tbl>
    <w:p w14:paraId="3DDF5A11" w14:textId="192B3D9E" w:rsidR="004457C2" w:rsidRDefault="004457C2"/>
    <w:p w14:paraId="3C8F0C7A" w14:textId="77777777" w:rsidR="004457C2" w:rsidRDefault="00000000">
      <w:pPr>
        <w:pStyle w:val="Heading1"/>
        <w:spacing w:after="100"/>
        <w:jc w:val="center"/>
      </w:pPr>
      <w:r>
        <w:rPr>
          <w:rFonts w:ascii="Arial" w:hAnsi="Arial"/>
          <w:sz w:val="28"/>
        </w:rPr>
        <w:lastRenderedPageBreak/>
        <w:t>Athlete Declaration and Submission</w:t>
      </w:r>
    </w:p>
    <w:p w14:paraId="56DE770A" w14:textId="77777777" w:rsidR="004457C2" w:rsidRDefault="00000000">
      <w:pPr>
        <w:pStyle w:val="Heading2"/>
        <w:spacing w:before="140" w:after="80"/>
      </w:pPr>
      <w:r>
        <w:rPr>
          <w:rFonts w:ascii="Arial" w:hAnsi="Arial"/>
        </w:rPr>
        <w:t>5. Anticipated Return and Supporting Documents</w:t>
      </w:r>
    </w:p>
    <w:tbl>
      <w:tblPr>
        <w:tblW w:w="0" w:type="auto"/>
        <w:jc w:val="center"/>
        <w:tblLayout w:type="fixed"/>
        <w:tblLook w:val="04A0" w:firstRow="1" w:lastRow="0" w:firstColumn="1" w:lastColumn="0" w:noHBand="0" w:noVBand="1"/>
      </w:tblPr>
      <w:tblGrid>
        <w:gridCol w:w="10368"/>
      </w:tblGrid>
      <w:tr w:rsidR="004457C2" w14:paraId="78E808D9" w14:textId="77777777">
        <w:trPr>
          <w:jc w:val="center"/>
        </w:trPr>
        <w:tc>
          <w:tcPr>
            <w:tcW w:w="103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2F89A8DB" w14:textId="77777777" w:rsidR="004457C2" w:rsidRDefault="00000000">
            <w:pPr>
              <w:spacing w:after="40"/>
            </w:pPr>
            <w:r>
              <w:rPr>
                <w:b/>
                <w:color w:val="444444"/>
                <w:sz w:val="19"/>
              </w:rPr>
              <w:t>Anticipated return-to-play date stated in this request</w:t>
            </w:r>
          </w:p>
          <w:p w14:paraId="4F1F9474" w14:textId="77777777" w:rsidR="004457C2" w:rsidRDefault="00000000">
            <w:pPr>
              <w:spacing w:after="0"/>
            </w:pPr>
            <w:sdt>
              <w:sdtPr>
                <w:alias w:val="Athlete Rtp Date"/>
                <w:tag w:val="ATHLETE_RTP_DATE"/>
                <w:id w:val="320706903"/>
                <w:text/>
              </w:sdtPr>
              <w:sdtContent>
                <w:r>
                  <w:rPr>
                    <w:color w:val="666666"/>
                  </w:rPr>
                  <w:t>MM/DD/YYYY</w:t>
                </w:r>
              </w:sdtContent>
            </w:sdt>
          </w:p>
        </w:tc>
      </w:tr>
      <w:tr w:rsidR="004457C2" w14:paraId="4FD1D73C" w14:textId="77777777">
        <w:trPr>
          <w:jc w:val="center"/>
        </w:trPr>
        <w:tc>
          <w:tcPr>
            <w:tcW w:w="103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78A85B93" w14:textId="77777777" w:rsidR="004457C2" w:rsidRDefault="00000000">
            <w:pPr>
              <w:spacing w:after="40"/>
            </w:pPr>
            <w:r>
              <w:rPr>
                <w:b/>
                <w:color w:val="444444"/>
                <w:sz w:val="19"/>
              </w:rPr>
              <w:t>Athlete plan for rehabilitation, training, and return to competitive goalball</w:t>
            </w:r>
          </w:p>
          <w:p w14:paraId="6DCE0239" w14:textId="77777777" w:rsidR="004457C2" w:rsidRDefault="00000000">
            <w:pPr>
              <w:spacing w:after="0"/>
            </w:pPr>
            <w:sdt>
              <w:sdtPr>
                <w:alias w:val="Athlete Return Plan"/>
                <w:tag w:val="ATHLETE_RETURN_PLAN"/>
                <w:id w:val="644930135"/>
                <w:text w:multiLine="1"/>
              </w:sdtPr>
              <w:sdtContent>
                <w:r>
                  <w:rPr>
                    <w:color w:val="666666"/>
                  </w:rPr>
                  <w:t>Describe the plan for following treatment, rehabilitation, and resuming competitive goalball.</w:t>
                </w:r>
              </w:sdtContent>
            </w:sdt>
            <w:r>
              <w:br/>
            </w:r>
          </w:p>
        </w:tc>
      </w:tr>
      <w:tr w:rsidR="004457C2" w14:paraId="714EB6B5" w14:textId="77777777">
        <w:trPr>
          <w:jc w:val="center"/>
        </w:trPr>
        <w:tc>
          <w:tcPr>
            <w:tcW w:w="103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403B061E" w14:textId="77777777" w:rsidR="004457C2" w:rsidRDefault="00000000">
            <w:pPr>
              <w:spacing w:after="40"/>
            </w:pPr>
            <w:r>
              <w:rPr>
                <w:b/>
                <w:color w:val="444444"/>
                <w:sz w:val="19"/>
              </w:rPr>
              <w:t>List every document attached to this request</w:t>
            </w:r>
          </w:p>
          <w:p w14:paraId="33668743" w14:textId="77777777" w:rsidR="004457C2" w:rsidRDefault="00000000">
            <w:pPr>
              <w:spacing w:after="0"/>
            </w:pPr>
            <w:sdt>
              <w:sdtPr>
                <w:alias w:val="Attachment List"/>
                <w:tag w:val="ATTACHMENT_LIST"/>
                <w:id w:val="-21086853"/>
                <w:text w:multiLine="1"/>
              </w:sdtPr>
              <w:sdtContent>
                <w:r>
                  <w:rPr>
                    <w:color w:val="666666"/>
                  </w:rPr>
                  <w:t>List provider letters, examination notes, imaging reports, rehabilitation plans, or other supporting documents.</w:t>
                </w:r>
              </w:sdtContent>
            </w:sdt>
            <w:r>
              <w:br/>
            </w:r>
            <w:r>
              <w:br/>
            </w:r>
          </w:p>
        </w:tc>
      </w:tr>
    </w:tbl>
    <w:p w14:paraId="73C43D94" w14:textId="77777777" w:rsidR="004457C2" w:rsidRDefault="00000000">
      <w:pPr>
        <w:pStyle w:val="Heading2"/>
        <w:spacing w:before="140" w:after="80"/>
      </w:pPr>
      <w:r>
        <w:rPr>
          <w:rFonts w:ascii="Arial" w:hAnsi="Arial"/>
        </w:rPr>
        <w:t>6. Athlete Declaration, Acknowledgments, and Limited Authorization</w:t>
      </w:r>
    </w:p>
    <w:p w14:paraId="4A7B5279" w14:textId="77777777" w:rsidR="004457C2" w:rsidRDefault="00000000">
      <w:pPr>
        <w:pStyle w:val="ListBullet"/>
        <w:spacing w:after="10"/>
        <w:ind w:left="317" w:hanging="202"/>
      </w:pPr>
      <w:r>
        <w:rPr>
          <w:sz w:val="17"/>
        </w:rPr>
        <w:t>I certify that the information in this request and all attachments is complete and accurate to the best of my knowledge.</w:t>
      </w:r>
    </w:p>
    <w:p w14:paraId="7817C199" w14:textId="77777777" w:rsidR="004457C2" w:rsidRDefault="00000000">
      <w:pPr>
        <w:pStyle w:val="ListBullet"/>
        <w:spacing w:after="10"/>
        <w:ind w:left="317" w:hanging="202"/>
      </w:pPr>
      <w:r>
        <w:rPr>
          <w:sz w:val="17"/>
        </w:rPr>
        <w:t>I declare my intent to return to competitive goalball on or before the anticipated return-to-play date stated in this request.</w:t>
      </w:r>
    </w:p>
    <w:p w14:paraId="426AFC06" w14:textId="77777777" w:rsidR="004457C2" w:rsidRDefault="00000000">
      <w:pPr>
        <w:pStyle w:val="ListBullet"/>
        <w:spacing w:after="10"/>
        <w:ind w:left="317" w:hanging="202"/>
      </w:pPr>
      <w:r>
        <w:rPr>
          <w:sz w:val="17"/>
        </w:rPr>
        <w:t>If this waiver is approved, I agree to comply with all reporting requirements established by the USA Goalball Head Team Physician(s), including medical updates, rehabilitation progress reports, and return-to-play assessments.</w:t>
      </w:r>
    </w:p>
    <w:p w14:paraId="1D534C52" w14:textId="77777777" w:rsidR="004457C2" w:rsidRDefault="00000000">
      <w:pPr>
        <w:pStyle w:val="ListBullet"/>
        <w:spacing w:after="10"/>
        <w:ind w:left="317" w:hanging="202"/>
      </w:pPr>
      <w:r>
        <w:rPr>
          <w:sz w:val="17"/>
        </w:rPr>
        <w:t>I understand that an approved waiver freezes my status as a potential Competition Pool athlete until I am medically cleared to return and evaluated by the applicable coaching staff at the first training camp after my return to play.</w:t>
      </w:r>
    </w:p>
    <w:p w14:paraId="1FA3ACF9" w14:textId="77777777" w:rsidR="004457C2" w:rsidRDefault="00000000">
      <w:pPr>
        <w:pStyle w:val="ListBullet"/>
        <w:spacing w:after="10"/>
        <w:ind w:left="317" w:hanging="202"/>
      </w:pPr>
      <w:r>
        <w:rPr>
          <w:sz w:val="17"/>
        </w:rPr>
        <w:t>I understand that approval is not automatic and that failure to return by the approved deadline, obtain an approved extension, or comply with required medical reporting may affect or end my consideration for the 2027/2028 USA Goalball Competition Pool.</w:t>
      </w:r>
    </w:p>
    <w:p w14:paraId="652F955C" w14:textId="77777777" w:rsidR="004457C2" w:rsidRDefault="00000000">
      <w:pPr>
        <w:pStyle w:val="ListBullet"/>
        <w:spacing w:after="10"/>
        <w:ind w:left="317" w:hanging="202"/>
      </w:pPr>
      <w:r>
        <w:rPr>
          <w:sz w:val="17"/>
        </w:rPr>
        <w:t>I authorize USABA and the USA Goalball Head Team Physician(s) to review the medical information I voluntarily submit with this request and to contact the medical provider identified in this form solely to evaluate the waiver request, administer required follow-up if approved, and determine return-to-play status. I understand that a medical provider may require a separate authorization before releasing additional records.</w:t>
      </w:r>
    </w:p>
    <w:tbl>
      <w:tblPr>
        <w:tblW w:w="0" w:type="auto"/>
        <w:jc w:val="center"/>
        <w:tblLayout w:type="fixed"/>
        <w:tblLook w:val="04A0" w:firstRow="1" w:lastRow="0" w:firstColumn="1" w:lastColumn="0" w:noHBand="0" w:noVBand="1"/>
      </w:tblPr>
      <w:tblGrid>
        <w:gridCol w:w="6768"/>
        <w:gridCol w:w="3456"/>
      </w:tblGrid>
      <w:tr w:rsidR="004457C2" w14:paraId="7E6DE4A5" w14:textId="77777777">
        <w:trPr>
          <w:jc w:val="center"/>
        </w:trPr>
        <w:tc>
          <w:tcPr>
            <w:tcW w:w="67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6D81E082" w14:textId="77777777" w:rsidR="004457C2" w:rsidRDefault="00000000">
            <w:pPr>
              <w:spacing w:after="40"/>
            </w:pPr>
            <w:r>
              <w:rPr>
                <w:b/>
                <w:color w:val="444444"/>
                <w:sz w:val="19"/>
              </w:rPr>
              <w:t>Athlete signature</w:t>
            </w:r>
          </w:p>
          <w:p w14:paraId="2A8EBF42" w14:textId="77777777" w:rsidR="004457C2" w:rsidRDefault="00000000">
            <w:pPr>
              <w:spacing w:after="0"/>
            </w:pPr>
            <w:sdt>
              <w:sdtPr>
                <w:alias w:val="Athlete Signature"/>
                <w:tag w:val="ATHLETE_SIGNATURE"/>
                <w:id w:val="-2104018096"/>
                <w:text/>
              </w:sdtPr>
              <w:sdtContent>
                <w:r>
                  <w:rPr>
                    <w:color w:val="666666"/>
                  </w:rPr>
                  <w:t>Type or sign name</w:t>
                </w:r>
              </w:sdtContent>
            </w:sdt>
          </w:p>
        </w:tc>
        <w:tc>
          <w:tcPr>
            <w:tcW w:w="3456"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60401266" w14:textId="77777777" w:rsidR="004457C2" w:rsidRDefault="00000000">
            <w:pPr>
              <w:spacing w:after="40"/>
            </w:pPr>
            <w:r>
              <w:rPr>
                <w:b/>
                <w:color w:val="444444"/>
                <w:sz w:val="19"/>
              </w:rPr>
              <w:t>Date</w:t>
            </w:r>
          </w:p>
          <w:p w14:paraId="150EB2F7" w14:textId="77777777" w:rsidR="004457C2" w:rsidRDefault="00000000">
            <w:pPr>
              <w:spacing w:after="0"/>
            </w:pPr>
            <w:sdt>
              <w:sdtPr>
                <w:alias w:val="Athlete Signature Date"/>
                <w:tag w:val="ATHLETE_SIGNATURE_DATE"/>
                <w:id w:val="-538435517"/>
                <w:text/>
              </w:sdtPr>
              <w:sdtContent>
                <w:r>
                  <w:rPr>
                    <w:color w:val="666666"/>
                  </w:rPr>
                  <w:t>MM/DD/YYYY</w:t>
                </w:r>
              </w:sdtContent>
            </w:sdt>
          </w:p>
        </w:tc>
      </w:tr>
      <w:tr w:rsidR="004457C2" w14:paraId="01D39A67" w14:textId="77777777">
        <w:trPr>
          <w:jc w:val="center"/>
        </w:trPr>
        <w:tc>
          <w:tcPr>
            <w:tcW w:w="67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58E97D49" w14:textId="77777777" w:rsidR="004457C2" w:rsidRDefault="00000000">
            <w:pPr>
              <w:spacing w:after="40"/>
            </w:pPr>
            <w:r>
              <w:rPr>
                <w:b/>
                <w:color w:val="444444"/>
                <w:sz w:val="19"/>
              </w:rPr>
              <w:t>Parent or legal guardian name (required if athlete is a minor)</w:t>
            </w:r>
          </w:p>
          <w:p w14:paraId="1078305D" w14:textId="77777777" w:rsidR="004457C2" w:rsidRDefault="00000000">
            <w:pPr>
              <w:spacing w:after="0"/>
            </w:pPr>
            <w:sdt>
              <w:sdtPr>
                <w:alias w:val="Guardian Name"/>
                <w:tag w:val="GUARDIAN_NAME"/>
                <w:id w:val="-607663739"/>
                <w:text/>
              </w:sdtPr>
              <w:sdtContent>
                <w:r>
                  <w:rPr>
                    <w:color w:val="666666"/>
                  </w:rPr>
                  <w:t>Enter name or not applicable</w:t>
                </w:r>
              </w:sdtContent>
            </w:sdt>
          </w:p>
        </w:tc>
        <w:tc>
          <w:tcPr>
            <w:tcW w:w="3456"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318D945D" w14:textId="77777777" w:rsidR="004457C2" w:rsidRDefault="00000000">
            <w:pPr>
              <w:spacing w:after="40"/>
            </w:pPr>
            <w:r>
              <w:rPr>
                <w:b/>
                <w:color w:val="444444"/>
                <w:sz w:val="19"/>
              </w:rPr>
              <w:t>Relationship to athlete</w:t>
            </w:r>
          </w:p>
          <w:p w14:paraId="1F8179EC" w14:textId="77777777" w:rsidR="004457C2" w:rsidRDefault="00000000">
            <w:pPr>
              <w:spacing w:after="0"/>
            </w:pPr>
            <w:sdt>
              <w:sdtPr>
                <w:alias w:val="Guardian Relationship"/>
                <w:tag w:val="GUARDIAN_RELATIONSHIP"/>
                <w:id w:val="-1973587895"/>
                <w:text/>
              </w:sdtPr>
              <w:sdtContent>
                <w:r>
                  <w:rPr>
                    <w:color w:val="666666"/>
                  </w:rPr>
                  <w:t>Enter relationship</w:t>
                </w:r>
              </w:sdtContent>
            </w:sdt>
          </w:p>
        </w:tc>
      </w:tr>
      <w:tr w:rsidR="004457C2" w14:paraId="62B4551C" w14:textId="77777777">
        <w:trPr>
          <w:jc w:val="center"/>
        </w:trPr>
        <w:tc>
          <w:tcPr>
            <w:tcW w:w="6768"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2DD70C47" w14:textId="77777777" w:rsidR="004457C2" w:rsidRDefault="00000000">
            <w:pPr>
              <w:spacing w:after="40"/>
            </w:pPr>
            <w:r>
              <w:rPr>
                <w:b/>
                <w:color w:val="444444"/>
                <w:sz w:val="19"/>
              </w:rPr>
              <w:t>Parent or legal guardian signature</w:t>
            </w:r>
          </w:p>
          <w:p w14:paraId="2DFED5BD" w14:textId="77777777" w:rsidR="004457C2" w:rsidRDefault="00000000">
            <w:pPr>
              <w:spacing w:after="0"/>
            </w:pPr>
            <w:sdt>
              <w:sdtPr>
                <w:alias w:val="Guardian Signature"/>
                <w:tag w:val="GUARDIAN_SIGNATURE"/>
                <w:id w:val="1219789113"/>
                <w:text/>
              </w:sdtPr>
              <w:sdtContent>
                <w:r>
                  <w:rPr>
                    <w:color w:val="666666"/>
                  </w:rPr>
                  <w:t>Type or sign name or not applicable</w:t>
                </w:r>
              </w:sdtContent>
            </w:sdt>
          </w:p>
        </w:tc>
        <w:tc>
          <w:tcPr>
            <w:tcW w:w="3456"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61A4BDA7" w14:textId="77777777" w:rsidR="004457C2" w:rsidRDefault="00000000">
            <w:pPr>
              <w:spacing w:after="40"/>
            </w:pPr>
            <w:r>
              <w:rPr>
                <w:b/>
                <w:color w:val="444444"/>
                <w:sz w:val="19"/>
              </w:rPr>
              <w:t>Date</w:t>
            </w:r>
          </w:p>
          <w:p w14:paraId="080C9905" w14:textId="77777777" w:rsidR="004457C2" w:rsidRDefault="00000000">
            <w:pPr>
              <w:spacing w:after="0"/>
            </w:pPr>
            <w:sdt>
              <w:sdtPr>
                <w:alias w:val="Guardian Signature Date"/>
                <w:tag w:val="GUARDIAN_SIGNATURE_DATE"/>
                <w:id w:val="-861049795"/>
                <w:text/>
              </w:sdtPr>
              <w:sdtContent>
                <w:r>
                  <w:rPr>
                    <w:color w:val="666666"/>
                  </w:rPr>
                  <w:t>MM/DD/YYYY or not applicable</w:t>
                </w:r>
              </w:sdtContent>
            </w:sdt>
          </w:p>
        </w:tc>
      </w:tr>
    </w:tbl>
    <w:p w14:paraId="3B320537" w14:textId="77777777" w:rsidR="004457C2" w:rsidRDefault="00000000">
      <w:pPr>
        <w:pStyle w:val="Heading2"/>
        <w:spacing w:before="140" w:after="80"/>
      </w:pPr>
      <w:r>
        <w:rPr>
          <w:rFonts w:ascii="Arial" w:hAnsi="Arial"/>
        </w:rPr>
        <w:t>7. For USABA Use Only</w:t>
      </w:r>
    </w:p>
    <w:tbl>
      <w:tblPr>
        <w:tblW w:w="0" w:type="auto"/>
        <w:jc w:val="center"/>
        <w:tblLayout w:type="fixed"/>
        <w:tblLook w:val="04A0" w:firstRow="1" w:lastRow="0" w:firstColumn="1" w:lastColumn="0" w:noHBand="0" w:noVBand="1"/>
      </w:tblPr>
      <w:tblGrid>
        <w:gridCol w:w="5112"/>
        <w:gridCol w:w="5112"/>
      </w:tblGrid>
      <w:tr w:rsidR="004457C2" w14:paraId="14ECD4B4" w14:textId="77777777">
        <w:trPr>
          <w:jc w:val="center"/>
        </w:trPr>
        <w:tc>
          <w:tcPr>
            <w:tcW w:w="5112" w:type="dxa"/>
            <w:tcBorders>
              <w:top w:val="single" w:sz="4" w:space="0" w:color="B7B7B7"/>
              <w:left w:val="single" w:sz="4" w:space="0" w:color="B7B7B7"/>
              <w:bottom w:val="single" w:sz="4" w:space="0" w:color="B7B7B7"/>
              <w:right w:val="single" w:sz="4" w:space="0" w:color="B7B7B7"/>
            </w:tcBorders>
            <w:shd w:val="clear" w:color="auto" w:fill="F2F2F2"/>
            <w:tcMar>
              <w:top w:w="70" w:type="dxa"/>
              <w:left w:w="90" w:type="dxa"/>
              <w:bottom w:w="70" w:type="dxa"/>
              <w:right w:w="90" w:type="dxa"/>
            </w:tcMar>
            <w:vAlign w:val="center"/>
          </w:tcPr>
          <w:p w14:paraId="08FED3FE" w14:textId="77777777" w:rsidR="004457C2" w:rsidRDefault="00000000">
            <w:pPr>
              <w:spacing w:after="40"/>
            </w:pPr>
            <w:r>
              <w:rPr>
                <w:b/>
                <w:color w:val="444444"/>
                <w:sz w:val="19"/>
              </w:rPr>
              <w:t>Date received</w:t>
            </w:r>
          </w:p>
          <w:p w14:paraId="331775EA" w14:textId="77777777" w:rsidR="004457C2" w:rsidRDefault="00000000">
            <w:pPr>
              <w:spacing w:after="0"/>
            </w:pPr>
            <w:sdt>
              <w:sdtPr>
                <w:alias w:val="Usaba Date Received"/>
                <w:tag w:val="USABA_DATE_RECEIVED"/>
                <w:id w:val="1277600388"/>
                <w:text/>
              </w:sdtPr>
              <w:sdtContent>
                <w:r>
                  <w:rPr>
                    <w:color w:val="666666"/>
                  </w:rPr>
                  <w:t>MM/DD/YYYY</w:t>
                </w:r>
              </w:sdtContent>
            </w:sdt>
          </w:p>
        </w:tc>
        <w:tc>
          <w:tcPr>
            <w:tcW w:w="5112" w:type="dxa"/>
            <w:tcBorders>
              <w:top w:val="single" w:sz="4" w:space="0" w:color="B7B7B7"/>
              <w:left w:val="single" w:sz="4" w:space="0" w:color="B7B7B7"/>
              <w:bottom w:val="single" w:sz="4" w:space="0" w:color="B7B7B7"/>
              <w:right w:val="single" w:sz="4" w:space="0" w:color="B7B7B7"/>
            </w:tcBorders>
            <w:shd w:val="clear" w:color="auto" w:fill="F2F2F2"/>
            <w:tcMar>
              <w:top w:w="70" w:type="dxa"/>
              <w:left w:w="90" w:type="dxa"/>
              <w:bottom w:w="70" w:type="dxa"/>
              <w:right w:w="90" w:type="dxa"/>
            </w:tcMar>
            <w:vAlign w:val="center"/>
          </w:tcPr>
          <w:p w14:paraId="08B2FF91" w14:textId="77777777" w:rsidR="004457C2" w:rsidRDefault="00000000">
            <w:pPr>
              <w:spacing w:after="40"/>
            </w:pPr>
            <w:r>
              <w:rPr>
                <w:b/>
                <w:color w:val="444444"/>
                <w:sz w:val="19"/>
              </w:rPr>
              <w:t>Request status upon receipt</w:t>
            </w:r>
          </w:p>
          <w:p w14:paraId="56030F6D" w14:textId="77777777" w:rsidR="004457C2" w:rsidRDefault="00000000">
            <w:pPr>
              <w:spacing w:after="0"/>
            </w:pPr>
            <w:sdt>
              <w:sdtPr>
                <w:alias w:val="Usaba Completeness"/>
                <w:tag w:val="USABA_COMPLETENESS"/>
                <w:id w:val="-1662611112"/>
                <w:text/>
              </w:sdtPr>
              <w:sdtContent>
                <w:r>
                  <w:rPr>
                    <w:color w:val="666666"/>
                  </w:rPr>
                  <w:t>Complete / incomplete; list missing items</w:t>
                </w:r>
              </w:sdtContent>
            </w:sdt>
          </w:p>
        </w:tc>
      </w:tr>
      <w:tr w:rsidR="004457C2" w14:paraId="7AEEE018" w14:textId="77777777">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5CA8A70D" w14:textId="77777777" w:rsidR="004457C2" w:rsidRDefault="00000000">
            <w:pPr>
              <w:spacing w:after="40"/>
            </w:pPr>
            <w:r>
              <w:rPr>
                <w:b/>
                <w:color w:val="444444"/>
                <w:sz w:val="19"/>
              </w:rPr>
              <w:t>Date referred to Head Team Physician(s)</w:t>
            </w:r>
          </w:p>
          <w:p w14:paraId="4D1D7743" w14:textId="77777777" w:rsidR="004457C2" w:rsidRDefault="00000000">
            <w:pPr>
              <w:spacing w:after="0"/>
            </w:pPr>
            <w:sdt>
              <w:sdtPr>
                <w:alias w:val="Usaba Referral Date"/>
                <w:tag w:val="USABA_REFERRAL_DATE"/>
                <w:id w:val="-51782363"/>
                <w:text/>
              </w:sdtPr>
              <w:sdtContent>
                <w:r>
                  <w:rPr>
                    <w:color w:val="666666"/>
                  </w:rPr>
                  <w:t>MM/DD/YYYY</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1BA7D0AE" w14:textId="77777777" w:rsidR="004457C2" w:rsidRDefault="00000000">
            <w:pPr>
              <w:spacing w:after="40"/>
            </w:pPr>
            <w:r>
              <w:rPr>
                <w:b/>
                <w:color w:val="444444"/>
                <w:sz w:val="19"/>
              </w:rPr>
              <w:t>Decision</w:t>
            </w:r>
          </w:p>
          <w:p w14:paraId="0FFD5DBC" w14:textId="77777777" w:rsidR="004457C2" w:rsidRDefault="00000000">
            <w:pPr>
              <w:spacing w:after="0"/>
            </w:pPr>
            <w:sdt>
              <w:sdtPr>
                <w:alias w:val="Usaba Decision"/>
                <w:tag w:val="USABA_DECISION"/>
                <w:id w:val="201527248"/>
                <w:text/>
              </w:sdtPr>
              <w:sdtContent>
                <w:r>
                  <w:rPr>
                    <w:color w:val="666666"/>
                  </w:rPr>
                  <w:t>Approved / denied / pending additional information</w:t>
                </w:r>
              </w:sdtContent>
            </w:sdt>
          </w:p>
        </w:tc>
      </w:tr>
      <w:tr w:rsidR="004457C2" w14:paraId="261B7A50" w14:textId="77777777">
        <w:trPr>
          <w:jc w:val="center"/>
        </w:trPr>
        <w:tc>
          <w:tcPr>
            <w:tcW w:w="10224" w:type="dxa"/>
            <w:gridSpan w:val="2"/>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3917F912" w14:textId="77777777" w:rsidR="004457C2" w:rsidRDefault="00000000">
            <w:pPr>
              <w:spacing w:after="40"/>
            </w:pPr>
            <w:r>
              <w:rPr>
                <w:b/>
                <w:color w:val="444444"/>
                <w:sz w:val="19"/>
              </w:rPr>
              <w:t>Decision rationale, conditions, required reporting schedule, and approved return-to-play deadline</w:t>
            </w:r>
          </w:p>
          <w:p w14:paraId="67BB0738" w14:textId="77777777" w:rsidR="004457C2" w:rsidRDefault="00000000">
            <w:pPr>
              <w:spacing w:after="0"/>
            </w:pPr>
            <w:sdt>
              <w:sdtPr>
                <w:alias w:val="Usaba Decision Details"/>
                <w:tag w:val="USABA_DECISION_DETAILS"/>
                <w:id w:val="438418176"/>
                <w:text w:multiLine="1"/>
              </w:sdtPr>
              <w:sdtContent>
                <w:r>
                  <w:rPr>
                    <w:color w:val="666666"/>
                  </w:rPr>
                  <w:t>Enter decision details and any conditions.</w:t>
                </w:r>
              </w:sdtContent>
            </w:sdt>
            <w:r>
              <w:br/>
            </w:r>
            <w:r>
              <w:br/>
            </w:r>
          </w:p>
        </w:tc>
      </w:tr>
      <w:tr w:rsidR="004457C2" w14:paraId="152EE829" w14:textId="77777777">
        <w:trPr>
          <w:jc w:val="center"/>
        </w:trPr>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073014AD" w14:textId="77777777" w:rsidR="004457C2" w:rsidRDefault="00000000">
            <w:pPr>
              <w:spacing w:after="40"/>
            </w:pPr>
            <w:r>
              <w:rPr>
                <w:b/>
                <w:color w:val="444444"/>
                <w:sz w:val="19"/>
              </w:rPr>
              <w:t>Head Team Physician signature</w:t>
            </w:r>
          </w:p>
          <w:p w14:paraId="5A95DA82" w14:textId="77777777" w:rsidR="004457C2" w:rsidRDefault="00000000">
            <w:pPr>
              <w:spacing w:after="0"/>
            </w:pPr>
            <w:sdt>
              <w:sdtPr>
                <w:alias w:val="Team Physician Signature"/>
                <w:tag w:val="TEAM_PHYSICIAN_SIGNATURE"/>
                <w:id w:val="-2082974731"/>
                <w:text/>
              </w:sdtPr>
              <w:sdtContent>
                <w:r>
                  <w:rPr>
                    <w:color w:val="666666"/>
                  </w:rPr>
                  <w:t>Type or sign name</w:t>
                </w:r>
              </w:sdtContent>
            </w:sdt>
          </w:p>
        </w:tc>
        <w:tc>
          <w:tcPr>
            <w:tcW w:w="5112" w:type="dxa"/>
            <w:tcBorders>
              <w:top w:val="single" w:sz="4" w:space="0" w:color="B7B7B7"/>
              <w:left w:val="single" w:sz="4" w:space="0" w:color="B7B7B7"/>
              <w:bottom w:val="single" w:sz="4" w:space="0" w:color="B7B7B7"/>
              <w:right w:val="single" w:sz="4" w:space="0" w:color="B7B7B7"/>
            </w:tcBorders>
            <w:tcMar>
              <w:top w:w="70" w:type="dxa"/>
              <w:left w:w="90" w:type="dxa"/>
              <w:bottom w:w="70" w:type="dxa"/>
              <w:right w:w="90" w:type="dxa"/>
            </w:tcMar>
            <w:vAlign w:val="center"/>
          </w:tcPr>
          <w:p w14:paraId="19D77EA9" w14:textId="77777777" w:rsidR="004457C2" w:rsidRDefault="00000000">
            <w:pPr>
              <w:spacing w:after="40"/>
            </w:pPr>
            <w:r>
              <w:rPr>
                <w:b/>
                <w:color w:val="444444"/>
                <w:sz w:val="19"/>
              </w:rPr>
              <w:t>Date</w:t>
            </w:r>
          </w:p>
          <w:p w14:paraId="7B22E61E" w14:textId="77777777" w:rsidR="004457C2" w:rsidRDefault="00000000">
            <w:pPr>
              <w:spacing w:after="0"/>
            </w:pPr>
            <w:sdt>
              <w:sdtPr>
                <w:alias w:val="Team Physician Date"/>
                <w:tag w:val="TEAM_PHYSICIAN_DATE"/>
                <w:id w:val="163982068"/>
                <w:text/>
              </w:sdtPr>
              <w:sdtContent>
                <w:r>
                  <w:rPr>
                    <w:color w:val="666666"/>
                  </w:rPr>
                  <w:t>MM/DD/YYYY</w:t>
                </w:r>
              </w:sdtContent>
            </w:sdt>
          </w:p>
        </w:tc>
      </w:tr>
    </w:tbl>
    <w:p w14:paraId="7BA625E5" w14:textId="77777777" w:rsidR="00175095" w:rsidRDefault="00175095"/>
    <w:sectPr w:rsidR="00175095" w:rsidSect="00034616">
      <w:headerReference w:type="default" r:id="rId8"/>
      <w:footerReference w:type="default" r:id="rId9"/>
      <w:pgSz w:w="12240" w:h="15840"/>
      <w:pgMar w:top="648" w:right="936" w:bottom="792" w:left="936" w:header="317"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820DC" w14:textId="77777777" w:rsidR="00175095" w:rsidRDefault="00175095">
      <w:pPr>
        <w:spacing w:after="0" w:line="240" w:lineRule="auto"/>
      </w:pPr>
      <w:r>
        <w:separator/>
      </w:r>
    </w:p>
  </w:endnote>
  <w:endnote w:type="continuationSeparator" w:id="0">
    <w:p w14:paraId="6DEA6844" w14:textId="77777777" w:rsidR="00175095" w:rsidRDefault="00175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94E2" w14:textId="0DD5B8A0" w:rsidR="004457C2" w:rsidRDefault="00000000">
    <w:pPr>
      <w:pStyle w:val="Footer"/>
      <w:jc w:val="center"/>
    </w:pPr>
    <w:r>
      <w:rPr>
        <w:color w:val="444444"/>
        <w:sz w:val="18"/>
      </w:rPr>
      <w:t xml:space="preserve">Appendix B - Medical Waiver Request Form  |  Page </w:t>
    </w:r>
    <w:r>
      <w:rPr>
        <w:color w:val="444444"/>
        <w:sz w:val="18"/>
      </w:rPr>
      <w:fldChar w:fldCharType="begin"/>
    </w:r>
    <w:r>
      <w:rPr>
        <w:color w:val="444444"/>
        <w:sz w:val="18"/>
      </w:rPr>
      <w:instrText>PAGE</w:instrText>
    </w:r>
    <w:r w:rsidR="00B506E3">
      <w:rPr>
        <w:color w:val="444444"/>
        <w:sz w:val="18"/>
      </w:rPr>
      <w:fldChar w:fldCharType="separate"/>
    </w:r>
    <w:r w:rsidR="00B506E3">
      <w:rPr>
        <w:noProof/>
        <w:color w:val="444444"/>
        <w:sz w:val="18"/>
      </w:rPr>
      <w:t>1</w:t>
    </w:r>
    <w:r>
      <w:rPr>
        <w:color w:val="444444"/>
        <w:sz w:val="18"/>
      </w:rPr>
      <w:fldChar w:fldCharType="end"/>
    </w:r>
    <w:r>
      <w:rPr>
        <w:color w:val="444444"/>
        <w:sz w:val="18"/>
      </w:rPr>
      <w:t xml:space="preserve"> of </w:t>
    </w:r>
    <w:r>
      <w:rPr>
        <w:color w:val="444444"/>
        <w:sz w:val="18"/>
      </w:rPr>
      <w:fldChar w:fldCharType="begin"/>
    </w:r>
    <w:r>
      <w:rPr>
        <w:color w:val="444444"/>
        <w:sz w:val="18"/>
      </w:rPr>
      <w:instrText>NUMPAGES</w:instrText>
    </w:r>
    <w:r w:rsidR="00B506E3">
      <w:rPr>
        <w:color w:val="444444"/>
        <w:sz w:val="18"/>
      </w:rPr>
      <w:fldChar w:fldCharType="separate"/>
    </w:r>
    <w:r w:rsidR="00B506E3">
      <w:rPr>
        <w:noProof/>
        <w:color w:val="444444"/>
        <w:sz w:val="18"/>
      </w:rPr>
      <w:t>2</w:t>
    </w:r>
    <w:r>
      <w:rPr>
        <w:color w:val="444444"/>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3F467" w14:textId="77777777" w:rsidR="00175095" w:rsidRDefault="00175095">
      <w:pPr>
        <w:spacing w:after="0" w:line="240" w:lineRule="auto"/>
      </w:pPr>
      <w:r>
        <w:separator/>
      </w:r>
    </w:p>
  </w:footnote>
  <w:footnote w:type="continuationSeparator" w:id="0">
    <w:p w14:paraId="27609594" w14:textId="77777777" w:rsidR="00175095" w:rsidRDefault="00175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02D04" w14:textId="77777777" w:rsidR="004457C2" w:rsidRDefault="00000000">
    <w:pPr>
      <w:pStyle w:val="Header"/>
      <w:jc w:val="center"/>
    </w:pPr>
    <w:r>
      <w:rPr>
        <w:noProof/>
      </w:rPr>
      <w:drawing>
        <wp:inline distT="0" distB="0" distL="0" distR="0" wp14:anchorId="36FDA43A" wp14:editId="3B921612">
          <wp:extent cx="2926080" cy="648122"/>
          <wp:effectExtent l="0" t="0" r="0" b="0"/>
          <wp:docPr id="1" name="Picture 1" descr="United States Association of Blind Athletes and USA Goalball logos" title="USABA and USA Goalball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ba_goalball_logo.jpg"/>
                  <pic:cNvPicPr/>
                </pic:nvPicPr>
                <pic:blipFill>
                  <a:blip r:embed="rId1"/>
                  <a:stretch>
                    <a:fillRect/>
                  </a:stretch>
                </pic:blipFill>
                <pic:spPr>
                  <a:xfrm>
                    <a:off x="0" y="0"/>
                    <a:ext cx="2926080" cy="6481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51684069">
    <w:abstractNumId w:val="8"/>
  </w:num>
  <w:num w:numId="2" w16cid:durableId="1953199522">
    <w:abstractNumId w:val="6"/>
  </w:num>
  <w:num w:numId="3" w16cid:durableId="756511828">
    <w:abstractNumId w:val="5"/>
  </w:num>
  <w:num w:numId="4" w16cid:durableId="132138268">
    <w:abstractNumId w:val="4"/>
  </w:num>
  <w:num w:numId="5" w16cid:durableId="862279214">
    <w:abstractNumId w:val="7"/>
  </w:num>
  <w:num w:numId="6" w16cid:durableId="2083718571">
    <w:abstractNumId w:val="3"/>
  </w:num>
  <w:num w:numId="7" w16cid:durableId="601378076">
    <w:abstractNumId w:val="2"/>
  </w:num>
  <w:num w:numId="8" w16cid:durableId="1334069114">
    <w:abstractNumId w:val="1"/>
  </w:num>
  <w:num w:numId="9" w16cid:durableId="1755272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19F9"/>
    <w:rsid w:val="0015074B"/>
    <w:rsid w:val="00175095"/>
    <w:rsid w:val="0029639D"/>
    <w:rsid w:val="00326F90"/>
    <w:rsid w:val="0041630A"/>
    <w:rsid w:val="004457C2"/>
    <w:rsid w:val="00AA1D8D"/>
    <w:rsid w:val="00B47730"/>
    <w:rsid w:val="00B506E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F76EDCC-8DA0-4C8F-952D-B8AFED7A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2B5C"/>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2B5C"/>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 - USA Goalball Medical Waiver Request Form</dc:title>
  <dc:subject>2027/2028 USA Goalball Competition Pool Selection Procedures</dc:subject>
  <dc:creator>United States Association of Blind Athletes</dc:creator>
  <cp:keywords>USABA, USA Goalball, medical waiver, competition pool, tryout</cp:keywords>
  <dc:description>generated by python-docx</dc:description>
  <cp:lastModifiedBy>Michael Holmes</cp:lastModifiedBy>
  <cp:revision>3</cp:revision>
  <dcterms:created xsi:type="dcterms:W3CDTF">2026-08-04T21:19:00Z</dcterms:created>
  <dcterms:modified xsi:type="dcterms:W3CDTF">2026-08-04T21:19:00Z</dcterms:modified>
  <cp:category/>
</cp:coreProperties>
</file>